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ind w:left="0"/>
        <w:jc w:val="center"/>
      </w:pPr>
      <w:r>
        <w:rPr>
          <w:rFonts w:ascii="Calibri" w:hAnsi="Calibri" w:eastAsia="Calibri"/>
          <w:b/>
          <w:color w:val="0F1629"/>
          <w:sz w:val="40"/>
        </w:rPr>
        <w:t>AHSAN JAVED LODHI</w:t>
      </w:r>
    </w:p>
    <w:p>
      <w:pPr>
        <w:spacing w:before="0" w:after="80" w:line="276" w:lineRule="auto"/>
        <w:ind w:left="0"/>
        <w:jc w:val="center"/>
      </w:pPr>
      <w:r>
        <w:rPr>
          <w:rFonts w:ascii="Calibri" w:hAnsi="Calibri" w:eastAsia="Calibri"/>
          <w:b/>
          <w:color w:val="C4753A"/>
          <w:sz w:val="21"/>
        </w:rPr>
        <w:t>Senior Full Stack Developer  ·  MERN, PHP/Laravel, Flutter &amp; React Native  ·  AI Automations</w:t>
      </w:r>
    </w:p>
    <w:p>
      <w:pPr>
        <w:spacing w:before="0" w:after="40" w:line="276" w:lineRule="auto"/>
        <w:ind w:left="0"/>
        <w:jc w:val="center"/>
      </w:pPr>
      <w:r>
        <w:rPr>
          <w:rFonts w:ascii="Calibri" w:hAnsi="Calibri" w:eastAsia="Calibri"/>
          <w:b w:val="0"/>
          <w:color w:val="4B556B"/>
          <w:sz w:val="19"/>
        </w:rPr>
        <w:t>Karachi, Pakistan (Remote Worldwide)  ·  WhatsApp +92 317 0049560</w:t>
      </w:r>
    </w:p>
    <w:p>
      <w:pPr>
        <w:spacing w:before="0" w:after="120" w:line="276" w:lineRule="auto"/>
        <w:ind w:left="0"/>
        <w:jc w:val="center"/>
        <w:pBdr>
          <w:bottom w:val="single" w:sz="12" w:space="8" w:color="0F1629"/>
        </w:pBdr>
      </w:pPr>
      <w:r>
        <w:rPr>
          <w:rFonts w:ascii="Calibri" w:hAnsi="Calibri" w:eastAsia="Calibri"/>
          <w:b w:val="0"/>
          <w:color w:val="3D6EF5"/>
          <w:sz w:val="19"/>
        </w:rPr>
        <w:t>Portfolio: https://ahsanlodhi.com</w:t>
      </w:r>
      <w:r>
        <w:rPr>
          <w:rFonts w:ascii="Calibri" w:hAnsi="Calibri" w:eastAsia="Calibri"/>
          <w:b w:val="0"/>
          <w:color w:val="4B556B"/>
          <w:sz w:val="19"/>
        </w:rPr>
        <w:t xml:space="preserve">   ·   </w:t>
      </w:r>
      <w:r>
        <w:rPr>
          <w:rFonts w:ascii="Calibri" w:hAnsi="Calibri" w:eastAsia="Calibri"/>
          <w:b w:val="0"/>
          <w:color w:val="3D6EF5"/>
          <w:sz w:val="19"/>
        </w:rPr>
        <w:t>LinkedIn: https://www.linkedin.com/in/ahsan-javed-lodhi</w:t>
      </w:r>
      <w:r>
        <w:rPr>
          <w:rFonts w:ascii="Calibri" w:hAnsi="Calibri" w:eastAsia="Calibri"/>
          <w:b w:val="0"/>
          <w:color w:val="4B556B"/>
          <w:sz w:val="19"/>
        </w:rPr>
        <w:t xml:space="preserve">   ·   </w:t>
      </w:r>
      <w:r>
        <w:rPr>
          <w:rFonts w:ascii="Calibri" w:hAnsi="Calibri" w:eastAsia="Calibri"/>
          <w:b w:val="0"/>
          <w:color w:val="3D6EF5"/>
          <w:sz w:val="19"/>
        </w:rPr>
        <w:t>WhatsApp: https://wa.me/923170049560</w:t>
      </w:r>
    </w:p>
    <w:p>
      <w:pPr>
        <w:spacing w:before="280" w:after="120" w:line="276" w:lineRule="auto"/>
        <w:ind w:left="0"/>
        <w:pBdr>
          <w:bottom w:val="single" w:sz="18" w:space="8" w:color="3D6EF5"/>
        </w:pBdr>
      </w:pPr>
      <w:r>
        <w:rPr>
          <w:rFonts w:ascii="Calibri" w:hAnsi="Calibri" w:eastAsia="Calibri"/>
          <w:b/>
          <w:color w:val="3D6EF5"/>
          <w:sz w:val="22"/>
        </w:rPr>
        <w:t>PROFESSIONAL SUMMARY</w:t>
      </w:r>
    </w:p>
    <w:p>
      <w:pPr>
        <w:spacing w:before="40" w:after="80" w:line="276" w:lineRule="auto"/>
        <w:ind w:left="0"/>
      </w:pPr>
      <w:r>
        <w:rPr>
          <w:rFonts w:ascii="Calibri" w:hAnsi="Calibri" w:eastAsia="Calibri"/>
          <w:b w:val="0"/>
          <w:color w:val="1A1F2E"/>
          <w:sz w:val="21"/>
        </w:rPr>
        <w:t>Senior full stack engineer and team lead with 10+ years delivering production web and mobile products for international clients. Specializes in Laravel/PHP platforms, MERN applications, Flutter &amp; React Native apps, and AI-assisted automations for healthcare, ecommerce, ERP, billing, and operations. Known for end-to-end ownership — discovery, architecture, implementation, release, and mentoring — with a live portfolio of 70+ product demos at ahsanlodhi.com.</w:t>
      </w:r>
    </w:p>
    <w:p>
      <w:pPr>
        <w:spacing w:before="280" w:after="120" w:line="276" w:lineRule="auto"/>
        <w:ind w:left="0"/>
        <w:pBdr>
          <w:bottom w:val="single" w:sz="18" w:space="8" w:color="3D6EF5"/>
        </w:pBdr>
      </w:pPr>
      <w:r>
        <w:rPr>
          <w:rFonts w:ascii="Calibri" w:hAnsi="Calibri" w:eastAsia="Calibri"/>
          <w:b/>
          <w:color w:val="3D6EF5"/>
          <w:sz w:val="22"/>
        </w:rPr>
        <w:t>CORE SKILLS</w:t>
      </w:r>
    </w:p>
    <w:p>
      <w:pPr>
        <w:spacing w:before="2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Full Stack: </w:t>
      </w:r>
      <w:r>
        <w:rPr>
          <w:rFonts w:ascii="Calibri" w:hAnsi="Calibri" w:eastAsia="Calibri"/>
          <w:b w:val="0"/>
          <w:color w:val="1A1F2E"/>
          <w:sz w:val="20"/>
        </w:rPr>
        <w:t>Laravel, PHP 8, CodeIgniter, Node.js, Express, React, Next.js, REST APIs, MySQL, Redis</w:t>
      </w:r>
    </w:p>
    <w:p>
      <w:pPr>
        <w:spacing w:before="2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Mobile: </w:t>
      </w:r>
      <w:r>
        <w:rPr>
          <w:rFonts w:ascii="Calibri" w:hAnsi="Calibri" w:eastAsia="Calibri"/>
          <w:b w:val="0"/>
          <w:color w:val="1A1F2E"/>
          <w:sz w:val="20"/>
        </w:rPr>
        <w:t>Flutter, React Native — patient/staff apps, auth, notifications, API integration</w:t>
      </w:r>
    </w:p>
    <w:p>
      <w:pPr>
        <w:spacing w:before="2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AI &amp; Automations: </w:t>
      </w:r>
      <w:r>
        <w:rPr>
          <w:rFonts w:ascii="Calibri" w:hAnsi="Calibri" w:eastAsia="Calibri"/>
          <w:b w:val="0"/>
          <w:color w:val="1A1F2E"/>
          <w:sz w:val="20"/>
        </w:rPr>
        <w:t>LLM assistants, workflow automation, RAG/document Q&amp;A, ops copilots, WhatsApp/email integrations, safe production rollout</w:t>
      </w:r>
    </w:p>
    <w:p>
      <w:pPr>
        <w:spacing w:before="2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Domains: </w:t>
      </w:r>
      <w:r>
        <w:rPr>
          <w:rFonts w:ascii="Calibri" w:hAnsi="Calibri" w:eastAsia="Calibri"/>
          <w:b w:val="0"/>
          <w:color w:val="1A1F2E"/>
          <w:sz w:val="20"/>
        </w:rPr>
        <w:t>Hospital MIS, pharmacy POS, ecommerce, ERP/SaaS, ISP billing, logistics, project management</w:t>
      </w:r>
    </w:p>
    <w:p>
      <w:pPr>
        <w:spacing w:before="2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Delivery: </w:t>
      </w:r>
      <w:r>
        <w:rPr>
          <w:rFonts w:ascii="Calibri" w:hAnsi="Calibri" w:eastAsia="Calibri"/>
          <w:b w:val="0"/>
          <w:color w:val="1A1F2E"/>
          <w:sz w:val="20"/>
        </w:rPr>
        <w:t>Team leadership, code review, sprint planning, VPS/Nginx deploy, SEO, stakeholder communication</w:t>
      </w:r>
    </w:p>
    <w:p>
      <w:pPr>
        <w:spacing w:before="280" w:after="120" w:line="276" w:lineRule="auto"/>
        <w:ind w:left="0"/>
        <w:pBdr>
          <w:bottom w:val="single" w:sz="18" w:space="8" w:color="3D6EF5"/>
        </w:pBdr>
      </w:pPr>
      <w:r>
        <w:rPr>
          <w:rFonts w:ascii="Calibri" w:hAnsi="Calibri" w:eastAsia="Calibri"/>
          <w:b/>
          <w:color w:val="3D6EF5"/>
          <w:sz w:val="22"/>
        </w:rPr>
        <w:t>EXPERIENCE</w:t>
      </w:r>
    </w:p>
    <w:p>
      <w:pPr>
        <w:spacing w:before="160" w:after="20" w:line="276" w:lineRule="auto"/>
        <w:ind w:left="0"/>
      </w:pPr>
      <w:r>
        <w:rPr>
          <w:rFonts w:ascii="Calibri" w:hAnsi="Calibri" w:eastAsia="Calibri"/>
          <w:b/>
          <w:color w:val="0F1629"/>
          <w:sz w:val="22"/>
        </w:rPr>
        <w:t>Assistant to the Director</w:t>
      </w:r>
      <w:r>
        <w:rPr>
          <w:rFonts w:ascii="Calibri" w:hAnsi="Calibri" w:eastAsia="Calibri"/>
          <w:b/>
          <w:color w:val="3D6EF5"/>
          <w:sz w:val="22"/>
        </w:rPr>
        <w:t xml:space="preserve">  ·  Cyrix Global</w:t>
      </w:r>
    </w:p>
    <w:p>
      <w:pPr>
        <w:spacing w:before="0" w:after="60" w:line="276" w:lineRule="auto"/>
        <w:ind w:left="0"/>
      </w:pPr>
      <w:r>
        <w:rPr>
          <w:rFonts w:ascii="Calibri" w:hAnsi="Calibri" w:eastAsia="Calibri"/>
          <w:b w:val="0"/>
          <w:color w:val="4B556B"/>
          <w:sz w:val="19"/>
        </w:rPr>
        <w:t>Feb 2022 — Present  |  Pakistan · Part-time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Lead senior delivery across websites, web applications, and desktop systems for multi-client roadmaps.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Contributed to flagship products: Shifanow (web &amp; mobile apps), iSurge operations platform, and Saegis.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Own project management, PHP application architecture, mobile/API coordination, and production releases.</w:t>
      </w:r>
    </w:p>
    <w:p>
      <w:pPr>
        <w:spacing w:before="160" w:after="20" w:line="276" w:lineRule="auto"/>
        <w:ind w:left="0"/>
      </w:pPr>
      <w:r>
        <w:rPr>
          <w:rFonts w:ascii="Calibri" w:hAnsi="Calibri" w:eastAsia="Calibri"/>
          <w:b/>
          <w:color w:val="0F1629"/>
          <w:sz w:val="22"/>
        </w:rPr>
        <w:t>Freelance Full Stack Developer</w:t>
      </w:r>
      <w:r>
        <w:rPr>
          <w:rFonts w:ascii="Calibri" w:hAnsi="Calibri" w:eastAsia="Calibri"/>
          <w:b/>
          <w:color w:val="3D6EF5"/>
          <w:sz w:val="22"/>
        </w:rPr>
        <w:t xml:space="preserve">  ·  Fiverr</w:t>
      </w:r>
    </w:p>
    <w:p>
      <w:pPr>
        <w:spacing w:before="0" w:after="60" w:line="276" w:lineRule="auto"/>
        <w:ind w:left="0"/>
      </w:pPr>
      <w:r>
        <w:rPr>
          <w:rFonts w:ascii="Calibri" w:hAnsi="Calibri" w:eastAsia="Calibri"/>
          <w:b w:val="0"/>
          <w:color w:val="4B556B"/>
          <w:sz w:val="19"/>
        </w:rPr>
        <w:t>Jan 2021 — Present  |  Karachi · Remote · Contract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Deliver Laravel, MERN, Flutter, and React Native projects for international buyers — from scoping to post-launch support.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Handle estimation, milestone planning, client communication, and iterative product improvements.</w:t>
      </w:r>
    </w:p>
    <w:p>
      <w:pPr>
        <w:spacing w:before="160" w:after="20" w:line="276" w:lineRule="auto"/>
        <w:ind w:left="0"/>
      </w:pPr>
      <w:r>
        <w:rPr>
          <w:rFonts w:ascii="Calibri" w:hAnsi="Calibri" w:eastAsia="Calibri"/>
          <w:b/>
          <w:color w:val="0F1629"/>
          <w:sz w:val="22"/>
        </w:rPr>
        <w:t>Senior Laravel Developer &amp; Team Lead</w:t>
      </w:r>
      <w:r>
        <w:rPr>
          <w:rFonts w:ascii="Calibri" w:hAnsi="Calibri" w:eastAsia="Calibri"/>
          <w:b/>
          <w:color w:val="3D6EF5"/>
          <w:sz w:val="22"/>
        </w:rPr>
        <w:t xml:space="preserve">  ·  SOVA Solution</w:t>
      </w:r>
    </w:p>
    <w:p>
      <w:pPr>
        <w:spacing w:before="0" w:after="60" w:line="276" w:lineRule="auto"/>
        <w:ind w:left="0"/>
      </w:pPr>
      <w:r>
        <w:rPr>
          <w:rFonts w:ascii="Calibri" w:hAnsi="Calibri" w:eastAsia="Calibri"/>
          <w:b w:val="0"/>
          <w:color w:val="4B556B"/>
          <w:sz w:val="19"/>
        </w:rPr>
        <w:t>Jun 2024 — Oct 2026  |  Pakistan · Remote · Part-time · Completed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Led PHP/Laravel delivery — architecture guidance, code review, sprint planning, and mentoring.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Shipped production features while raising team standards for maintainable, release-ready code.</w:t>
      </w:r>
    </w:p>
    <w:p>
      <w:pPr>
        <w:spacing w:before="160" w:after="20" w:line="276" w:lineRule="auto"/>
        <w:ind w:left="0"/>
      </w:pPr>
      <w:r>
        <w:rPr>
          <w:rFonts w:ascii="Calibri" w:hAnsi="Calibri" w:eastAsia="Calibri"/>
          <w:b/>
          <w:color w:val="0F1629"/>
          <w:sz w:val="22"/>
        </w:rPr>
        <w:t>Senior Software Engineer</w:t>
      </w:r>
      <w:r>
        <w:rPr>
          <w:rFonts w:ascii="Calibri" w:hAnsi="Calibri" w:eastAsia="Calibri"/>
          <w:b/>
          <w:color w:val="3D6EF5"/>
          <w:sz w:val="22"/>
        </w:rPr>
        <w:t xml:space="preserve">  ·  Cyrix Global</w:t>
      </w:r>
    </w:p>
    <w:p>
      <w:pPr>
        <w:spacing w:before="0" w:after="60" w:line="276" w:lineRule="auto"/>
        <w:ind w:left="0"/>
      </w:pPr>
      <w:r>
        <w:rPr>
          <w:rFonts w:ascii="Calibri" w:hAnsi="Calibri" w:eastAsia="Calibri"/>
          <w:b w:val="0"/>
          <w:color w:val="4B556B"/>
          <w:sz w:val="19"/>
        </w:rPr>
        <w:t>Jul 2019 — Mar 2022  |  United States · Contract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Built websites and web applications for US-facing clients across full product slices.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Owned requirements through deployment and support with clear project management discipline.</w:t>
      </w:r>
    </w:p>
    <w:p>
      <w:pPr>
        <w:spacing w:before="280" w:after="120" w:line="276" w:lineRule="auto"/>
        <w:ind w:left="0"/>
        <w:pBdr>
          <w:bottom w:val="single" w:sz="18" w:space="8" w:color="3D6EF5"/>
        </w:pBdr>
      </w:pPr>
      <w:r>
        <w:rPr>
          <w:rFonts w:ascii="Calibri" w:hAnsi="Calibri" w:eastAsia="Calibri"/>
          <w:b/>
          <w:color w:val="3D6EF5"/>
          <w:sz w:val="22"/>
        </w:rPr>
        <w:t>SELECTED PORTFOLIO &amp; PROJECTS</w:t>
      </w:r>
    </w:p>
    <w:p>
      <w:pPr>
        <w:spacing w:before="40" w:after="8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Full interactive catalog (70+ live demos): https://ahsanlodhi.com/#work</w:t>
      </w:r>
    </w:p>
    <w:p>
      <w:pPr>
        <w:spacing w:before="100" w:after="20" w:line="276" w:lineRule="auto"/>
        <w:ind w:left="0"/>
      </w:pPr>
      <w:r>
        <w:rPr>
          <w:rFonts w:ascii="Calibri" w:hAnsi="Calibri" w:eastAsia="Calibri"/>
          <w:b/>
          <w:color w:val="0F1629"/>
          <w:sz w:val="21"/>
        </w:rPr>
        <w:t>Shifanow — Healthcare Web &amp; Mobile</w:t>
      </w:r>
    </w:p>
    <w:p>
      <w:pPr>
        <w:spacing w:before="0" w:after="2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Cyrix Global flagship. Healthcare platform with web application and Flutter/React Native mobile apps for clinics, staff, and patient-facing flows.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 w:val="0"/>
          <w:color w:val="3D6EF5"/>
          <w:sz w:val="19"/>
        </w:rPr>
        <w:t>https://shifanow.com/</w:t>
      </w:r>
    </w:p>
    <w:p>
      <w:pPr>
        <w:spacing w:before="100" w:after="20" w:line="276" w:lineRule="auto"/>
        <w:ind w:left="0"/>
      </w:pPr>
      <w:r>
        <w:rPr>
          <w:rFonts w:ascii="Calibri" w:hAnsi="Calibri" w:eastAsia="Calibri"/>
          <w:b/>
          <w:color w:val="0F1629"/>
          <w:sz w:val="21"/>
        </w:rPr>
        <w:t>iSurge — Operations Platform</w:t>
      </w:r>
    </w:p>
    <w:p>
      <w:pPr>
        <w:spacing w:before="0" w:after="2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Surge-capacity and operations tooling: case workflows, coordination, and admin reporting under load.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 w:val="0"/>
          <w:color w:val="3D6EF5"/>
          <w:sz w:val="19"/>
        </w:rPr>
        <w:t>https://isurge-ci3.ahsanlodhi.com/</w:t>
      </w:r>
    </w:p>
    <w:p>
      <w:pPr>
        <w:spacing w:before="100" w:after="20" w:line="276" w:lineRule="auto"/>
        <w:ind w:left="0"/>
      </w:pPr>
      <w:r>
        <w:rPr>
          <w:rFonts w:ascii="Calibri" w:hAnsi="Calibri" w:eastAsia="Calibri"/>
          <w:b/>
          <w:color w:val="0F1629"/>
          <w:sz w:val="21"/>
        </w:rPr>
        <w:t>Saegis Platform</w:t>
      </w:r>
    </w:p>
    <w:p>
      <w:pPr>
        <w:spacing w:before="0" w:after="2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Enterprise web application modules with role-based access and production release delivery at Cyrix Global.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 w:val="0"/>
          <w:color w:val="3D6EF5"/>
          <w:sz w:val="19"/>
        </w:rPr>
        <w:t>https://ahsanlodhi.com/#featured</w:t>
      </w:r>
    </w:p>
    <w:p>
      <w:pPr>
        <w:spacing w:before="100" w:after="20" w:line="276" w:lineRule="auto"/>
        <w:ind w:left="0"/>
      </w:pPr>
      <w:r>
        <w:rPr>
          <w:rFonts w:ascii="Calibri" w:hAnsi="Calibri" w:eastAsia="Calibri"/>
          <w:b/>
          <w:color w:val="0F1629"/>
          <w:sz w:val="21"/>
        </w:rPr>
        <w:t>AI Laravel Platform</w:t>
      </w:r>
    </w:p>
    <w:p>
      <w:pPr>
        <w:spacing w:before="0" w:after="2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AI-enabled Laravel product stack for intelligent workflows and admin automation.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 w:val="0"/>
          <w:color w:val="3D6EF5"/>
          <w:sz w:val="19"/>
        </w:rPr>
        <w:t>https://ailaravel9.ahsanlodhi.com/</w:t>
      </w:r>
    </w:p>
    <w:p>
      <w:pPr>
        <w:spacing w:before="100" w:after="20" w:line="276" w:lineRule="auto"/>
        <w:ind w:left="0"/>
      </w:pPr>
      <w:r>
        <w:rPr>
          <w:rFonts w:ascii="Calibri" w:hAnsi="Calibri" w:eastAsia="Calibri"/>
          <w:b/>
          <w:color w:val="0F1629"/>
          <w:sz w:val="21"/>
        </w:rPr>
        <w:t>Hospital Management (CI4)</w:t>
      </w:r>
    </w:p>
    <w:p>
      <w:pPr>
        <w:spacing w:before="0" w:after="2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Healthcare MIS modules for appointments, operations, and clinical administration.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 w:val="0"/>
          <w:color w:val="3D6EF5"/>
          <w:sz w:val="19"/>
        </w:rPr>
        <w:t>https://hospital-management-codeigniter4.ahsanlodhi.com/</w:t>
      </w:r>
    </w:p>
    <w:p>
      <w:pPr>
        <w:spacing w:before="100" w:after="20" w:line="276" w:lineRule="auto"/>
        <w:ind w:left="0"/>
      </w:pPr>
      <w:r>
        <w:rPr>
          <w:rFonts w:ascii="Calibri" w:hAnsi="Calibri" w:eastAsia="Calibri"/>
          <w:b/>
          <w:color w:val="0F1629"/>
          <w:sz w:val="21"/>
        </w:rPr>
        <w:t>Ecommerce &amp; ERP Suites</w:t>
      </w:r>
    </w:p>
    <w:p>
      <w:pPr>
        <w:spacing w:before="0" w:after="20" w:line="276" w:lineRule="auto"/>
        <w:ind w:left="0"/>
      </w:pPr>
      <w:r>
        <w:rPr>
          <w:rFonts w:ascii="Calibri" w:hAnsi="Calibri" w:eastAsia="Calibri"/>
          <w:b w:val="0"/>
          <w:color w:val="1A1F2E"/>
          <w:sz w:val="20"/>
        </w:rPr>
        <w:t>Active Laravel ecommerce, pharmacy POS, hosting/ISP billing, and all-in-one ERP SaaS demos.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 w:val="0"/>
          <w:color w:val="3D6EF5"/>
          <w:sz w:val="19"/>
        </w:rPr>
        <w:t>https://ahsanlodhi.com/#work</w:t>
      </w:r>
    </w:p>
    <w:p>
      <w:pPr>
        <w:spacing w:before="280" w:after="120" w:line="276" w:lineRule="auto"/>
        <w:ind w:left="0"/>
        <w:pBdr>
          <w:bottom w:val="single" w:sz="18" w:space="8" w:color="3D6EF5"/>
        </w:pBdr>
      </w:pPr>
      <w:r>
        <w:rPr>
          <w:rFonts w:ascii="Calibri" w:hAnsi="Calibri" w:eastAsia="Calibri"/>
          <w:b/>
          <w:color w:val="3D6EF5"/>
          <w:sz w:val="22"/>
        </w:rPr>
        <w:t>AI &amp; AUTOMATION CAPABILITIES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Workflow automations — intake, triage, reminders, status updates, report generation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LLM assistants grounded in product data for support desks, clinic staff, and ops teams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Document intelligence — extraction, summaries, and Q&amp;A with audit-friendly logging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Ops copilots — inventory checks, appointment routing, ticket classification, draft replies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Integration layer — WhatsApp, email, CRM, billing, and payment webhooks</w:t>
      </w:r>
    </w:p>
    <w:p>
      <w:pPr>
        <w:pStyle w:val="ListBullet"/>
        <w:spacing w:before="0" w:after="40" w:line="276" w:lineRule="auto"/>
        <w:ind w:left="72"/>
      </w:pPr>
      <w:r>
        <w:rPr>
          <w:rFonts w:ascii="Calibri" w:hAnsi="Calibri" w:eastAsia="Calibri"/>
          <w:b w:val="0"/>
          <w:color w:val="1A1F2E"/>
          <w:sz w:val="20"/>
        </w:rPr>
        <w:t>Safe rollout — feature flags, human-in-the-loop review, rate limits, clear fallbacks</w:t>
      </w:r>
    </w:p>
    <w:p>
      <w:pPr>
        <w:spacing w:before="280" w:after="120" w:line="276" w:lineRule="auto"/>
        <w:ind w:left="0"/>
        <w:pBdr>
          <w:bottom w:val="single" w:sz="18" w:space="8" w:color="3D6EF5"/>
        </w:pBdr>
      </w:pPr>
      <w:r>
        <w:rPr>
          <w:rFonts w:ascii="Calibri" w:hAnsi="Calibri" w:eastAsia="Calibri"/>
          <w:b/>
          <w:color w:val="3D6EF5"/>
          <w:sz w:val="22"/>
        </w:rPr>
        <w:t>LINKS &amp; AVAILABILITY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Portfolio: </w:t>
      </w:r>
      <w:r>
        <w:rPr>
          <w:rFonts w:ascii="Calibri" w:hAnsi="Calibri" w:eastAsia="Calibri"/>
          <w:b w:val="0"/>
          <w:color w:val="3D6EF5"/>
          <w:sz w:val="20"/>
        </w:rPr>
        <w:t>https://ahsanlodhi.com/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LinkedIn: </w:t>
      </w:r>
      <w:r>
        <w:rPr>
          <w:rFonts w:ascii="Calibri" w:hAnsi="Calibri" w:eastAsia="Calibri"/>
          <w:b w:val="0"/>
          <w:color w:val="3D6EF5"/>
          <w:sz w:val="20"/>
        </w:rPr>
        <w:t>https://www.linkedin.com/in/ahsan-javed-lodhi</w:t>
      </w:r>
    </w:p>
    <w:p>
      <w:pPr>
        <w:spacing w:before="0" w:after="4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 xml:space="preserve">WhatsApp: </w:t>
      </w:r>
      <w:r>
        <w:rPr>
          <w:rFonts w:ascii="Calibri" w:hAnsi="Calibri" w:eastAsia="Calibri"/>
          <w:b w:val="0"/>
          <w:color w:val="3D6EF5"/>
          <w:sz w:val="20"/>
        </w:rPr>
        <w:t>+92 317 0049560  ·  https://wa.me/923170049560</w:t>
      </w:r>
    </w:p>
    <w:p>
      <w:pPr>
        <w:spacing w:before="80" w:after="0" w:line="276" w:lineRule="auto"/>
        <w:ind w:left="0"/>
      </w:pPr>
      <w:r>
        <w:rPr>
          <w:rFonts w:ascii="Calibri" w:hAnsi="Calibri" w:eastAsia="Calibri"/>
          <w:b/>
          <w:color w:val="0F1629"/>
          <w:sz w:val="20"/>
        </w:rPr>
        <w:t>Availability: Open to remote senior full stack, AI automation, and product engineering engagements worldwide.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1F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